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והקונגרס הציוני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מחייו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ואיפה התכנס 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חזונו של הרצל לבין 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חזון עתידי של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השנה המדויקת שבה התכנס הקונגרס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נולד בבודפשט ולא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הכינוי המוכר שלו בזכות פועלו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התקיים בעיר בזל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כתב כמה ספרים, ביניהם מדינת היהודים ואלטנוילנד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(העיר שבה התכנס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(שנת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 שבו הרצל הציג את חזונו)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(העיר שבה גר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(מקצועו של הרצל לפני הציונות)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היה הצעד הראשון המאורגן להגשמת הרעיון של הקמת מדינה יהודית, ואיחד יהודים מכל העולם סביב מטרה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חזה וחלם על הקמת מדינה יהודית לפני שהיא קמה בפועל, והוביל את הרעיון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1897,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חזה והוביל את הקמת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בדף עם משחק חדר הבריחה באתר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ציר הזמן של חיי הרצל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והקונגרס הציוני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חוזה המדינה שהוביל את התנועה הציונית. בדף זה נתרגל עובדות מרכזיות מחייו ומפעלו, כמו בחדר הבריחה.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המקצוע של הרצל לפני שהתמסר לרעיון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הספר המרכזי שכתב הרצל על הקמת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עיר גר הרצל רוב שנותיו?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מתאר הספר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עברו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חזון עתידי של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התכנס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כינה 'חוזה המדינה' בגלל חזונו להקים 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רק ספר אחד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המרכזי של הרצל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גר בעיר __________ שבאוסטריה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עיסוקו הציוני הרצל עבד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הקונגרס הציוני הראשון התקיים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בספרו השני הרצל תיאר חזון של מדינה יהודית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שנת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מקצועו של הרצל לפני הציונות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שבה גר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העיר שבה התכנס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שבו הרצל הציג את חזונו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הקונגרס הציוני הראשון נחשב לאירוע חשוב בהיסטוריה היהודית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הרצל נקרא 'חוזה המדינה'?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ועיר התכנס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הרצל נקרא חוזה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והקונגרס הציוני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