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והקונגרס הציוני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מחייו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ואיפה התכנס הקונגרס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חזונו של הרצל לבין הקמת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חזון עתידי של 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השנה המדויקת שבה התכנס הקונגרס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נולד בבודפשט ולא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הכינוי המוכר שלו בזכות פועלו הציוני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התקיים בעיר בזל שבשווייץ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כתב כמה ספרים, ביניהם מדינת היהודים ואלטנוילנד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(העיר שבה התכנס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(שנת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 שבו הרצל הציג את חזונו)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(העיר שבה גר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(מקצועו של הרצל לפני הציונות)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עובד כעיתונאי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כותב את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היה הצעד הראשון המאורגן להגשמת הרעיון של הקמת מדינה יהודית, ואיחד יהודים מכל העולם סביב מטרה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חזה וחלם על הקמת מדינה יהודית לפני שהיא קמה בפועל, והוביל את הרעיון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1897, 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חזה והוביל את הקמת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התרגול בדף עם משחק חדר הבריחה באתר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ציר הזמן של חיי הרצל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והקונגרס הציוני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רצה להקים מדינה ליהודים. נלמד עובדות חשובות על חייו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יהודים מכל העולם לדון בהקמת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בשווייץ שבה התכנס הקונגרס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ובו הציג את חזונו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נוסף של הרצל שמתאר את העתיד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שמטרתה הקמת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להרצל, מי שחלם והוביל להקמת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מקצועו של הרצל לפני שהתמסר לרעיון הציוני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שבה גר הרצל והחל לפתח את רעיונותיו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היה המפגש הגדול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היה המפגש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הרצל עבד?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לספר החשוב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הרצל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כתוב בספר השני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עברו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חזון עתידי של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התכנס בשנת 1897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כינה 'חוזה המדינה' בגלל חזונו להקים מדינה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רק ספר אחד בחייו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הקונגרס הציוני הראשון התכנס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המרכזי של הרצל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גר בעיר __________ שבאוסטריה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עיסוקו הציוני הרצל עבד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הקונגרס הציוני הראשון התקיים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בספרו השני הרצל תיאר חזון של מדינה יהודית בשם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שנת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העיר שבה גר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מקצועו של הרצל לפני הציונות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שבו הרצל הציג את חזונו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העיר שבה התכנס הקונגרס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הקונגרס הציוני הראשון נחשב לאירוע חשוב בהיסטוריה היהודית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הרצל נקרא 'חוזה המדינה'?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ועיר התכנס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הספר המרכזי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הרצל נקרא חוזה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והקונגרס הציוני הראשון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