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והקונגרס הציוני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מחייו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ואיפה התכנס הקונגרס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חזונו של הרצל לבין הקמת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1897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השנה המדויקת שבה התכנס הקונגרס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נולד בבודפשט ולא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הכינוי המוכר שלו בזכות פועלו הציוני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(העיר שבה התכנס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(שנת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שבו הרצל הציג את חזונו)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(העיר שבה גר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עובד כעיתונאי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כותב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מתכנס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כותב את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היה הצעד הראשון המאורגן להגשמת הרעיון של הקמת מדינה יהודית, ואיחד יהודים מכל העולם סביב מטרה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1897, 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חזה והוביל את הקמת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התרגול בדף עם משחק חדר הבריחה באתר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ציר הזמן של חיי הרצל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והקונגרס הציוני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הרצל היה חוזה המדינה שהוביל את התנועה הציונית. בדף זה נתרגל עובדות מרכזיות מחייו ומפעלו, כמו בחדר הבריחה.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מדינת היהודים  ·  וינה  ·  בזל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1882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הקונגרס הציוני הראשון התכנס בשנת 1897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כינה 'חוזה המדינה' בגלל חזונו להקים מדינה 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הקונגרס הציוני הראשון התכנס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הספר המרכזי של הרצל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הרצל גר בעיר __________ שבאוסטריה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שבו הרצל הציג את חזונו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העיר שבה התכנס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העיר שבה גר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שנת הקונגרס הציוני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מתכנס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כותב את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כותב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עובד כעיתונאי באירופה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הקונגרס הציוני הראשון נחשב לאירוע חשוב בהיסטוריה היהודית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שנה ועיר התכנס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הספר המרכזי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והקונגרס הציוני הראשון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